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ירקות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משפטים קצרים על סלט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עגבנייה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ירקות לתכונות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(עגולה ואדומה)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(ארוך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(כתום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(עגול וחריף)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יש בו ירקות בצבעים שונים כמו אדום, ירוק וכתום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סלט הוא תערובת של ירקות חתוכים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הכולל שם ירק אחד ונימוק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סלט עם ירקות בצבעים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עגבנייה-אדום, גזר-כתום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ירקות אמיתיים או תמונות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המילים עם שווא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קריאה של מילים עם שווא, ונכיר ירקות שונים שיש בסלט צבעוני.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גזר  ·  צבעוני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ירק הוא אדום ועגול?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ירק הוא כתום וארוך?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פלפל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הירק הכתום בסלט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סלט עם הרבה צבעים נקרא סלט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ירקות לתכונות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עגול וחריף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כתום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עגולה ואדומה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ארוך וירוק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סלט צבעוני מכיל ירקות בצבעים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להכין סלט מירקות חתוכים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הירק האהוב עליכם ולמה הוא טעים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סלט צבעוני?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סלט צבעוני -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