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סלט צבעוני - 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ירקות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ולהבין משפטים קצרים על סלט צבעוני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עגבנייה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סימן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מלפפון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סלט צבעוני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מלפפון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עגבנייה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ירקות לתכונות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(עגולה ואדומה)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(ארוך וירוק)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(כתום ומתוק)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(עגול וחריף)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(עלים ירוקים)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יש בו ירקות בצבעים שונים כמו אדום, ירוק וכתום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גזר הוא ירק 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שווא הוא אחד מסימני הניקוד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מלפפון הוא ירק, לא פרי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סלט הוא תערובת של ירקות חתוכים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הכולל שם ירק אחד ונימוק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רשימה של לפחות שלושה ירקות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הוא סימן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סלט עם ירקות בצבעים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עגבנייה-אדום, גזר-כתום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ירקות אמיתיים או תמונות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המילים עם שווא לפני תחילת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סלט צבעוני - 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מילים עם שווא. נכיר ירקות. נעשה תרגילים 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שְׁוָא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קטן מתחת לאות, לפעמים כמעט לא שומעים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יְרָקוֹת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שגדל בגינה, כמו עגבנייה ומלפפון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סָלָט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שעושים מירקות חתוכים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צִבְעוֹנִי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הרבה צבעים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עַגְבָנִיָּה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ירק אדום ועגול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מְלָפְפוֹן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ירק ירוק וארוך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גֶּזֶר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ירק כתום וטעים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ירק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מלפפון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ירק כתום?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שווא?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סימן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ירק ירוק וארוך?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מלפפון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עגבנייה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לסלט עם הרבה צבעים?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סלט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סלט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סלט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סלט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בסלט יש עגבנייה ו-__________ ירוק וארוך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הירק הכתום בסלט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סלט עם הרבה צבעים נקרא סלט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שווא הוא סימן ניקוד שכותבים מתחת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הירק האדום והעגול בסלט הוא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ירקות לתכונות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עגבנייה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ארוך וירוק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מלפפון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עלים ירוקים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עגול וחריף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כתום ומתוק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עגולה ואדומה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סלט צבעוני מכיל ירקות בצבעים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 הוא ירק כחול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הוא סימן ניקוד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מלפפון הוא פרי מתוק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להכין סלט מירקות חתוכים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הירק האהוב עליכם ולמה הוא טעים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סלט צבעוני וכתבו אילו ירקות יש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סלט צבעוני?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ירקות וצבע כל אחד מהם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סלט צבעוני - 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