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סלט צבעוני - 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של ירקות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ולהבין משפטים קצרים על סלט צבעוני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ואוצר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עגבנייה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סימן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מלפפון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סלט צבעוני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מלפפון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צבעוני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עגבנייה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ירקות לתכונות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(עגולה ואדומה)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(ארוך וירוק)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(כתום ומתוק)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(עגול וחריף)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(עלים ירוקים)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כי יש בו ירקות בצבעים שונים כמו אדום, ירוק וכתום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גזר הוא ירק כתום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שווא הוא אחד מסימני הניקוד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מלפפון הוא ירק, לא פרי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סלט הוא תערובת של ירקות חתוכים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שלם הכולל שם ירק אחד ונימוק פשוט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רשימה של לפחות שלושה ירקות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הוא סימן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סלט עם ירקות בצבעים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עגבנייה-אדום, גזר-כתום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ירקות אמיתיים או תמונות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חלשים יותר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המילים עם שווא לפני תחילת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סלט צבעוני - 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קריאה של מילים עם שווא, ונכיר ירקות שונים שיש בסלט צבעוני.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ואוצר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ירק הוא אדום ועגול?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עגבנייה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מלפפון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ירק הוא כתום וארוך?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פלפל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השווא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סימן 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ירק ירוק וארוך ומשתמשים בו בסלט?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מלפפון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עגבנייה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לסלט שיש בו הרבה צבעים?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סלט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סלט צבעוני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סלט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סלט קטן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בסלט יש עגבנייה ו-__________ ירוק וארוך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הירק הכתום בסלט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סלט עם הרבה צבעים נקרא סלט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שווא הוא סימן ניקוד שכותבים מתחת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הירק האדום והעגול בסלט הוא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ירקות לתכונות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עגבנייה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ארוך וירוק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מלפפון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עגולה ואדומה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גזר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עגול וחריף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עלים ירוקים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כתום ומתוק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סלט צבעוני מכיל ירקות בצבעים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גזר הוא ירק כחול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הוא סימן ניקוד בעברית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מלפפון הוא פרי מתוק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להכין סלט מירקות חתוכים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על הירק האהוב עליכם ולמה הוא טעים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דמיינו סלט צבעוני וכתבו אילו ירקות יש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סלט צבעוני?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ירקות וצבע כל אחד מהם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סלט צבעוני - 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